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color w:val="123B6D"/>
          <w:sz w:val="16"/>
        </w:rPr>
        <w:t>COR PATHWAY 360</w:t>
      </w:r>
    </w:p>
    <w:p>
      <w:pPr>
        <w:spacing w:after="40"/>
      </w:pPr>
      <w:r>
        <w:rPr>
          <w:b/>
          <w:color w:val="0D2B50"/>
          <w:sz w:val="36"/>
        </w:rPr>
        <w:t>COR Audit Readiness Checklist</w:t>
      </w:r>
    </w:p>
    <w:p>
      <w:pPr>
        <w:spacing w:after="160"/>
      </w:pPr>
      <w:r>
        <w:rPr>
          <w:color w:val="475569"/>
          <w:sz w:val="20"/>
        </w:rPr>
        <w:t>A self audit you run on your own program before the external audit</w:t>
      </w:r>
    </w:p>
    <w:p>
      <w:pPr>
        <w:spacing w:after="80"/>
      </w:pPr>
      <w:r>
        <w:rPr>
          <w:sz w:val="18"/>
        </w:rPr>
        <w:t>Work through this with your own documents open in front of you. For every line, the question is not whether you have a policy that mentions the thing. It is whether you can put your hand on the evidence inside about a minute, and whether that evidence covers the full audit period rather than the last three weeks.</w:t>
      </w:r>
    </w:p>
    <w:p>
      <w:pPr>
        <w:spacing w:after="80"/>
      </w:pPr>
      <w:r>
        <w:rPr>
          <w:sz w:val="18"/>
        </w:rPr>
        <w:t>Mark anything you cannot produce. That list is your work plan.</w:t>
      </w:r>
    </w:p>
    <w:p>
      <w:pPr>
        <w:spacing w:after="200"/>
        <w:ind w:left="173"/>
      </w:pPr>
      <w:r>
        <w:rPr>
          <w:b/>
          <w:color w:val="9A3412"/>
          <w:sz w:val="18"/>
        </w:rPr>
        <w:t xml:space="preserve">Check this yourself. </w:t>
      </w:r>
      <w:r>
        <w:rPr>
          <w:color w:val="475569"/>
          <w:sz w:val="18"/>
        </w:rPr>
        <w:t>Requirements and the naming of audit elements differ between certifying partners and between standards. Check your own certifying partner's published audit protocol and treat this as a starting point rather than their protocol.</w:t>
      </w:r>
    </w:p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Before you start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Company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Reviewed by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Certifying partner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Date of this review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Audit period covered (from and to)</w:t>
            </w:r>
          </w:p>
        </w:tc>
        <w:tc>
          <w:tcPr>
            <w:tcW w:type="dxa" w:w="6336"/>
          </w:tcPr>
          <w:p/>
        </w:tc>
      </w:tr>
      <w:tr>
        <w:trPr>
          <w:trHeight w:val="400" w:hRule="atLeast"/>
        </w:trPr>
        <w:tc>
          <w:tcPr>
            <w:tcW w:type="dxa" w:w="3744"/>
            <w:shd w:val="clear" w:color="auto" w:fill="F4F7FA"/>
          </w:tcPr>
          <w:p>
            <w:r>
              <w:rPr>
                <w:color w:val="475569"/>
                <w:sz w:val="17"/>
              </w:rPr>
              <w:t>Scheduled external audit date, if known</w:t>
            </w:r>
          </w:p>
        </w:tc>
        <w:tc>
          <w:tcPr>
            <w:tcW w:type="dxa" w:w="6336"/>
          </w:tcPr>
          <w:p/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1. Management commitment and policy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590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  <w:tc>
          <w:tcPr>
            <w:tcW w:type="dxa" w:w="345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Evidence to have ready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A current health and safety policy exists, signed and dated by the most senior person in the company.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Signed policy, dated inside the audit period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The policy has been reviewed within your own stated review cycle, and the review is recorded.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Review record or revision history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Responsibilities are written down for every level: senior management, supervisors, workers, and contractors.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Roles and responsibilities document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Workers can explain, in their own words, what management commitment looks like on their site.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Interview answers, which the auditor will collect directly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Health and safety is a standing item at management meetings.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Meeting minutes across the audit period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2. Hazard identification and assessment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590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  <w:tc>
          <w:tcPr>
            <w:tcW w:type="dxa" w:w="345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Evidence to have ready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Formal hazard assessments exist for the tasks your company actually performs, not generic ones from a binder you bought.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Formal assessments naming your tasks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Each formal assessment shows who took part, including workers who do the job.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Participant names on the assessment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Assessments are reviewed on a stated schedule and after any significant change, and the reviews are dated.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Review dates and revision history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Field level hazard assessments are completed before work starts, on the day, for the conditions.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Completed field level cards spread across the audit period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Field level cards reference the formal assessment they come from.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Cross reference on the card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Hazards are rated in a consistent way, and the rating method is written down somewhere a worker could find it.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Risk rating method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New and young workers, and workers doing unfamiliar tasks, are covered specifically.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Assessment or orientation records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3. Hazard control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590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  <w:tc>
          <w:tcPr>
            <w:tcW w:type="dxa" w:w="345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Evidence to have ready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Controls follow a hierarchy: eliminate, substitute, engineer, administer, then personal protective equipment. Personal protective equipment is not the first answer on every line.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Controls recorded on assessments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Safe work practices and procedures exist for the higher risk tasks your crews perform.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Written practices and procedures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Workers can find the procedure for their task without asking the office.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Interview answers, and how the documents are distributed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Personal protective equipment requirements are specified by task, and there is a record that workers were trained on the equipment they use.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Requirements plus training records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Where a control failed, there is a record of what changed as a result.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Revised assessment or procedure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4. Training, competency and orientation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590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  <w:tc>
          <w:tcPr>
            <w:tcW w:type="dxa" w:w="345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Evidence to have ready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Every worker has a documented orientation before starting work, and it is specific rather than a signature on a generic page.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Signed orientation records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Site specific orientation happens when a worker moves to a new site.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Site orientation records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A training matrix shows what each role requires and who currently holds it.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Training matrix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Certificates and tickets are on file, and none of the ones in use are expired.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Certificate files with expiry dates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Competency is verified, not assumed. Somebody watched the worker do the task and recorded that they were competent.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Competency assessment records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Supervisors have training in their safety responsibilities, not only in the trade.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Supervisor training records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5. Inspections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590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  <w:tc>
          <w:tcPr>
            <w:tcW w:type="dxa" w:w="345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Evidence to have ready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Workplace inspections happen on a stated frequency, and the records show the stated frequency was actually met.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Inspection reports across the audit period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Inspections are done by the people your program says will do them.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Names on inspection reports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Deficiencies found in an inspection are assigned to a person with a due date.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Inspection reports showing assignment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Deficiencies are closed out, and the closure is verified rather than assumed.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Closed items with a verification signature and date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Equipment pre use inspections are being completed by operators.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Pre use inspection records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6. Incident reporting and investigation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590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  <w:tc>
          <w:tcPr>
            <w:tcW w:type="dxa" w:w="345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Evidence to have ready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All incidents are reported, including near misses, and workers know that reporting a near miss is expected rather than punished.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Incident and near miss reports, plus interview answers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Investigations look for causes beyond worker error. If every investigation concludes that somebody was careless, that is a finding against the program.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Investigation reports showing contributing factors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Corrective actions from investigations are assigned, dated and closed.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Corrective action records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Findings are communicated back to the crews, not filed.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Toolbox talk records or safety meeting minutes referencing the incident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Serious incident reporting obligations to the regulator are written down and understood.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Written procedure naming who calls whom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7. Emergency preparedness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590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  <w:tc>
          <w:tcPr>
            <w:tcW w:type="dxa" w:w="345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Evidence to have ready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Emergency response plans exist for the sites and the work you actually do, including remote work.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Site specific emergency plans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Emergency contacts and site access directions are current and posted where a crew can reach them.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Posted plan, current contact list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Drills or exercises have been run and recorded.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Drill records with date and participants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First aid coverage matches your crew size and the distance to medical help.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First aid certificates and coverage assessment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Working alone or in isolation is addressed, with a check in procedure that somebody actually monitors.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Written procedure and check in records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8. Program administration and records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720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  <w:tc>
          <w:tcPr>
            <w:tcW w:type="dxa" w:w="5904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Check</w:t>
            </w:r>
          </w:p>
        </w:tc>
        <w:tc>
          <w:tcPr>
            <w:tcW w:type="dxa" w:w="3456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Evidence to have ready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Records cover the full audit period, with no unexplained gaps of weeks or months.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Records sampled across the whole period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The health and safety committee or worker representative arrangement matches what your jurisdiction requires for your size.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Committee minutes or representative records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Committee minutes show issues raised, actions taken and issues closed.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Minutes across the audit period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Statistics are tracked and reviewed by management, and somebody can explain what the numbers changed.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Statistics and management review records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Contractors and subcontractors are evaluated, oriented and monitored, and there is a record of it.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Contractor prequalification and orientation records</w:t>
            </w:r>
          </w:p>
        </w:tc>
      </w:tr>
      <w:tr>
        <w:trPr>
          <w:trHeight w:val="320" w:hRule="atLeast"/>
        </w:trPr>
        <w:tc>
          <w:tcPr>
            <w:tcW w:type="dxa" w:w="3552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3552"/>
          </w:tcPr>
          <w:p>
            <w:r>
              <w:rPr>
                <w:sz w:val="18"/>
              </w:rPr>
              <w:t>There is an annual review of the program itself, with findings and an action plan.</w:t>
            </w:r>
          </w:p>
        </w:tc>
        <w:tc>
          <w:tcPr>
            <w:tcW w:type="dxa" w:w="3552"/>
          </w:tcPr>
          <w:p>
            <w:r>
              <w:rPr>
                <w:color w:val="475569"/>
                <w:sz w:val="17"/>
              </w:rPr>
              <w:t>Program review record</w:t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9. The questions that catch people out</w:t>
      </w:r>
    </w:p>
    <w:p>
      <w:pPr>
        <w:pStyle w:val="ListBullet"/>
        <w:spacing w:after="40"/>
      </w:pPr>
      <w:r>
        <w:rPr>
          <w:sz w:val="18"/>
        </w:rPr>
        <w:t>Pick a random worker and a random week. Can you produce that worker's field level hazard assessment for that week?</w:t>
      </w:r>
    </w:p>
    <w:p>
      <w:pPr>
        <w:pStyle w:val="ListBullet"/>
        <w:spacing w:after="40"/>
      </w:pPr>
      <w:r>
        <w:rPr>
          <w:sz w:val="18"/>
        </w:rPr>
        <w:t>Pick your most recent incident. Can you show the corrective action, who did it, when it closed, and how somebody verified it worked?</w:t>
      </w:r>
    </w:p>
    <w:p>
      <w:pPr>
        <w:pStyle w:val="ListBullet"/>
        <w:spacing w:after="40"/>
      </w:pPr>
      <w:r>
        <w:rPr>
          <w:sz w:val="18"/>
        </w:rPr>
        <w:t>Pick a certificate that expired during the audit period. Can you show what happened when it expired?</w:t>
      </w:r>
    </w:p>
    <w:p>
      <w:pPr>
        <w:pStyle w:val="ListBullet"/>
        <w:spacing w:after="40"/>
      </w:pPr>
      <w:r>
        <w:rPr>
          <w:sz w:val="18"/>
        </w:rPr>
        <w:t>Ask a supervisor to describe the refusal of unsafe work process without looking it up.</w:t>
      </w:r>
    </w:p>
    <w:p>
      <w:pPr>
        <w:pStyle w:val="ListBullet"/>
        <w:spacing w:after="40"/>
      </w:pPr>
      <w:r>
        <w:rPr>
          <w:sz w:val="18"/>
        </w:rPr>
        <w:t>Ask a worker what hazard assessment they did this morning, and compare the answer with the paperwork.</w:t>
      </w:r>
    </w:p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Your gap list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rPr>
          <w:tblHeader w:val="true"/>
        </w:trPr>
        <w:tc>
          <w:tcPr>
            <w:tcW w:type="dxa" w:w="213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Gap found</w:t>
            </w:r>
          </w:p>
        </w:tc>
        <w:tc>
          <w:tcPr>
            <w:tcW w:type="dxa" w:w="213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Section</w:t>
            </w:r>
          </w:p>
        </w:tc>
        <w:tc>
          <w:tcPr>
            <w:tcW w:type="dxa" w:w="213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Who owns it</w:t>
            </w:r>
          </w:p>
        </w:tc>
        <w:tc>
          <w:tcPr>
            <w:tcW w:type="dxa" w:w="213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Due date</w:t>
            </w:r>
          </w:p>
        </w:tc>
        <w:tc>
          <w:tcPr>
            <w:tcW w:type="dxa" w:w="2131"/>
            <w:shd w:val="clear" w:color="auto" w:fill="E8EEF4"/>
          </w:tcPr>
          <w:p>
            <w:r/>
            <w:r>
              <w:rPr>
                <w:b/>
                <w:color w:val="0D2B50"/>
                <w:sz w:val="17"/>
              </w:rPr>
              <w:t>Done</w:t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  <w:tr>
        <w:trPr>
          <w:trHeight w:val="360" w:hRule="atLeast"/>
        </w:trPr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  <w:tc>
          <w:tcPr>
            <w:tcW w:type="dxa" w:w="2131"/>
          </w:tcPr>
          <w:p>
            <w:r>
              <w:rPr>
                <w:sz w:val="18"/>
              </w:rPr>
            </w:r>
          </w:p>
        </w:tc>
      </w:tr>
    </w:tbl>
    <w:p>
      <w:pPr>
        <w:keepNext/>
        <w:spacing w:before="240" w:after="80"/>
        <w:pBdr>
          <w:bottom w:val="single" w:sz="6" w:color="D7E0E4" w:space="2"/>
        </w:pBdr>
      </w:pPr>
      <w:r>
        <w:rPr>
          <w:b/>
          <w:color w:val="0D2B50"/>
          <w:sz w:val="23"/>
        </w:rPr>
        <w:t>Review sign off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val="clear" w:color="auto" w:fill="F4F7FA"/>
          </w:tcPr>
          <w:p>
            <w:r/>
            <w:r>
              <w:rPr>
                <w:color w:val="475569"/>
                <w:sz w:val="17"/>
              </w:rPr>
              <w:t>Completed by</w:t>
            </w:r>
          </w:p>
        </w:tc>
        <w:tc>
          <w:tcPr>
            <w:tcW w:type="dxa" w:w="5328"/>
            <w:shd w:val="clear" w:color="auto" w:fill="F4F7FA"/>
          </w:tcPr>
          <w:p>
            <w:r/>
            <w:r>
              <w:rPr>
                <w:color w:val="475569"/>
                <w:sz w:val="17"/>
              </w:rPr>
              <w:t>Reviewed by management</w:t>
            </w:r>
          </w:p>
        </w:tc>
      </w:tr>
      <w:tr>
        <w:trPr>
          <w:trHeight w:val="680" w:hRule="atLeast"/>
        </w:trPr>
        <w:tc>
          <w:tcPr>
            <w:tcW w:type="dxa" w:w="53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5328"/>
          </w:tcPr>
          <w:p>
            <w:r/>
            <w:r>
              <w:rPr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val="clear" w:color="auto" w:fill="F4F7FA"/>
          </w:tcPr>
          <w:p>
            <w:r/>
            <w:r>
              <w:rPr>
                <w:color w:val="475569"/>
                <w:sz w:val="17"/>
              </w:rPr>
              <w:t>Date</w:t>
            </w:r>
          </w:p>
        </w:tc>
        <w:tc>
          <w:tcPr>
            <w:tcW w:type="dxa" w:w="5328"/>
            <w:shd w:val="clear" w:color="auto" w:fill="F4F7FA"/>
          </w:tcPr>
          <w:p>
            <w:r/>
            <w:r>
              <w:rPr>
                <w:color w:val="475569"/>
                <w:sz w:val="17"/>
              </w:rPr>
              <w:t>Date</w:t>
            </w:r>
          </w:p>
        </w:tc>
      </w:tr>
      <w:tr>
        <w:trPr>
          <w:trHeight w:val="400" w:hRule="atLeast"/>
        </w:trPr>
        <w:tc>
          <w:tcPr>
            <w:tcW w:type="dxa" w:w="5328"/>
          </w:tcPr>
          <w:p/>
        </w:tc>
        <w:tc>
          <w:tcPr>
            <w:tcW w:type="dxa" w:w="5328"/>
          </w:tcPr>
          <w:p/>
        </w:tc>
      </w:tr>
    </w:tbl>
    <w:sectPr w:rsidR="00FC693F" w:rsidRPr="0006063C" w:rsidSect="00034616">
      <w:footerReference w:type="default" r:id="rId9"/>
      <w:pgSz w:w="12240" w:h="15840"/>
      <w:pgMar w:top="792" w:right="792" w:bottom="864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color w:val="475569"/>
        <w:sz w:val="15"/>
      </w:rPr>
      <w:t>Cor Pathway 360, corpathway360.com, free to use and modify.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